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14:paraId="73D916DD" wp14:textId="44C45A36">
      <w:pPr>
        <w:pStyle w:val="Heading1"/>
      </w:pPr>
      <w:r w:rsidR="642AE0F7">
        <w:rPr/>
        <w:t xml:space="preserve">[ADD </w:t>
      </w:r>
      <w:r w:rsidR="0B0EA8A8">
        <w:rPr/>
        <w:t>FULL NAME</w:t>
      </w:r>
      <w:r w:rsidR="5B269622">
        <w:rPr/>
        <w:t>]</w:t>
      </w:r>
    </w:p>
    <w:p xmlns:wp14="http://schemas.microsoft.com/office/word/2010/wordml" w14:paraId="1F9C0D92" wp14:textId="025284DB">
      <w:r w:rsidR="692DBF85">
        <w:rPr/>
        <w:t>[City, State | Phone Number | Email Address]</w:t>
      </w:r>
    </w:p>
    <w:p xmlns:wp14="http://schemas.microsoft.com/office/word/2010/wordml" w14:paraId="513C4D1D" wp14:textId="77777777">
      <w:pPr>
        <w:pStyle w:val="Heading2"/>
      </w:pPr>
      <w:r>
        <w:t>Professional Summary</w:t>
      </w:r>
    </w:p>
    <w:p xmlns:wp14="http://schemas.microsoft.com/office/word/2010/wordml" w14:paraId="049146F6" wp14:textId="77777777">
      <w:r>
        <w:t>Motivated and safety-focused welding professional trained at Tulsa Welding School. Experienced in interpreting welding symbols, reading construction drawings, setting up welding equipment, and performing MIG and Flux Core welding processes. Seeking an entry-level welding or fabrication opportunity where I can apply my technical training and strong work ethic.</w:t>
      </w:r>
    </w:p>
    <w:p xmlns:wp14="http://schemas.microsoft.com/office/word/2010/wordml" w14:paraId="0B724D3E" wp14:textId="77777777">
      <w:pPr>
        <w:pStyle w:val="Heading2"/>
      </w:pPr>
      <w:r>
        <w:t>Technical Skills</w:t>
      </w:r>
    </w:p>
    <w:p xmlns:wp14="http://schemas.microsoft.com/office/word/2010/wordml" w14:paraId="1E6ABAFF" wp14:textId="77777777">
      <w:r>
        <w:t>MIG Welding (GMAW) • Flux Core Welding (FCAW) • Welding Equipment Setup • Construction Drawings • Welding Symbols • Thermal Cutting • Material Preparation • Shop Safety</w:t>
      </w:r>
    </w:p>
    <w:p xmlns:wp14="http://schemas.microsoft.com/office/word/2010/wordml" w14:paraId="69D0C959" wp14:textId="77777777">
      <w:pPr>
        <w:pStyle w:val="Heading2"/>
      </w:pPr>
      <w:r>
        <w:t>Education</w:t>
      </w:r>
    </w:p>
    <w:p xmlns:wp14="http://schemas.microsoft.com/office/word/2010/wordml" w:rsidP="0B0EA8A8" w14:paraId="24A598FC" wp14:textId="6978C2D8">
      <w:pPr>
        <w:pStyle w:val="Normal"/>
        <w:rPr>
          <w:rFonts w:ascii="Cambria" w:hAnsi="Cambria" w:eastAsia="Cambria" w:cs="Cambria"/>
          <w:noProof w:val="0"/>
          <w:sz w:val="22"/>
          <w:szCs w:val="22"/>
          <w:lang w:val="en-US"/>
        </w:rPr>
      </w:pPr>
      <w:r w:rsidR="0B0EA8A8">
        <w:rPr/>
        <w:t>Tulsa Welding School</w:t>
      </w:r>
      <w:r>
        <w:br/>
      </w:r>
      <w:r w:rsidR="0B0EA8A8">
        <w:rPr/>
        <w:t>Welding Program</w:t>
      </w:r>
      <w:r>
        <w:br/>
      </w:r>
      <w:r w:rsidR="0B0EA8A8">
        <w:rPr/>
        <w:t xml:space="preserve">Completion Date: </w:t>
      </w:r>
      <w:r w:rsidRPr="0B0EA8A8" w:rsidR="0B0EA8A8">
        <w:rPr>
          <w:rFonts w:ascii="Cambria" w:hAnsi="Cambria" w:eastAsia="Cambria" w:cs="Cambria"/>
          <w:b w:val="1"/>
          <w:bCs w:val="1"/>
          <w:i w:val="0"/>
          <w:iCs w:val="0"/>
          <w:caps w:val="0"/>
          <w:smallCaps w:val="0"/>
          <w:noProof w:val="0"/>
          <w:color w:val="000000" w:themeColor="text1" w:themeTint="FF" w:themeShade="FF"/>
          <w:sz w:val="22"/>
          <w:szCs w:val="22"/>
          <w:lang w:val="en-US"/>
        </w:rPr>
        <w:t xml:space="preserve">[ADD JOB TITLE] </w:t>
      </w:r>
    </w:p>
    <w:p xmlns:wp14="http://schemas.microsoft.com/office/word/2010/wordml" w14:paraId="77EA7527" wp14:textId="77777777">
      <w:r>
        <w:t>Training Included: MIG Welding, Flux Core Welding, Equipment Setup, Construction Drawing Interpretation, Welding Symbol Interpretation, Thermal Cutting</w:t>
      </w:r>
    </w:p>
    <w:p xmlns:wp14="http://schemas.microsoft.com/office/word/2010/wordml" w14:paraId="6DE4543C" wp14:textId="77777777">
      <w:pPr>
        <w:pStyle w:val="Heading2"/>
      </w:pPr>
      <w:r>
        <w:t>Professional Experience</w:t>
      </w:r>
    </w:p>
    <w:p xmlns:wp14="http://schemas.microsoft.com/office/word/2010/wordml" w:rsidP="0B0EA8A8" w14:paraId="14C02C54" wp14:textId="79A82749">
      <w:pPr>
        <w:pStyle w:val="Normal"/>
      </w:pPr>
      <w:r w:rsidR="0B0EA8A8">
        <w:rPr/>
        <w:t>Amazon Fulfillment Associate</w:t>
      </w:r>
      <w:r>
        <w:br/>
      </w:r>
      <w:r w:rsidR="0B0EA8A8">
        <w:rPr/>
        <w:t>Amazon</w:t>
      </w:r>
      <w:r>
        <w:br/>
      </w:r>
      <w:r w:rsidR="0B0EA8A8">
        <w:rPr/>
        <w:t xml:space="preserve">Dates: </w:t>
      </w:r>
      <w:r w:rsidRPr="0B0EA8A8" w:rsidR="0B0EA8A8">
        <w:rPr>
          <w:rFonts w:ascii="Cambria" w:hAnsi="Cambria" w:eastAsia="Cambria" w:cs="Cambria"/>
          <w:b w:val="1"/>
          <w:bCs w:val="1"/>
          <w:i w:val="0"/>
          <w:iCs w:val="0"/>
          <w:caps w:val="0"/>
          <w:smallCaps w:val="0"/>
          <w:noProof w:val="0"/>
          <w:color w:val="000000" w:themeColor="text1" w:themeTint="FF" w:themeShade="FF"/>
          <w:sz w:val="22"/>
          <w:szCs w:val="22"/>
          <w:lang w:val="en-US"/>
        </w:rPr>
        <w:t xml:space="preserve">[ADD JOB TITLE] </w:t>
      </w:r>
      <w:r>
        <w:br/>
      </w:r>
      <w:r w:rsidR="0B0EA8A8">
        <w:rPr/>
        <w:t xml:space="preserve">• </w:t>
      </w:r>
      <w:r w:rsidR="0B0EA8A8">
        <w:rPr/>
        <w:t>Maintained</w:t>
      </w:r>
      <w:r w:rsidR="0B0EA8A8">
        <w:rPr/>
        <w:t xml:space="preserve"> productivity and quality standards in a fast-paced environment</w:t>
      </w:r>
      <w:r>
        <w:br/>
      </w:r>
      <w:r w:rsidR="0B0EA8A8">
        <w:rPr/>
        <w:t>• Followed workplace safety procedures and operational guidelines</w:t>
      </w:r>
      <w:r>
        <w:br/>
      </w:r>
      <w:r w:rsidR="0B0EA8A8">
        <w:rPr/>
        <w:t>• Collaborated with team members to meet production goals</w:t>
      </w:r>
    </w:p>
    <w:p xmlns:wp14="http://schemas.microsoft.com/office/word/2010/wordml" w:rsidP="0B0EA8A8" w14:paraId="472ABFAC" wp14:textId="6178CFCF">
      <w:pPr>
        <w:pStyle w:val="Normal"/>
      </w:pPr>
      <w:r>
        <w:br/>
      </w:r>
      <w:r w:rsidRPr="0B0EA8A8" w:rsidR="0B0EA8A8">
        <w:rPr>
          <w:rFonts w:ascii="Cambria" w:hAnsi="Cambria" w:eastAsia="Cambria" w:cs="Cambria"/>
          <w:b w:val="0"/>
          <w:bCs w:val="0"/>
          <w:i w:val="0"/>
          <w:iCs w:val="0"/>
          <w:caps w:val="0"/>
          <w:smallCaps w:val="0"/>
          <w:noProof w:val="0"/>
          <w:color w:val="000000" w:themeColor="text1" w:themeTint="FF" w:themeShade="FF"/>
          <w:sz w:val="22"/>
          <w:szCs w:val="22"/>
          <w:lang w:val="en-US"/>
        </w:rPr>
        <w:t>Previous Employer</w:t>
      </w:r>
      <w:r>
        <w:br/>
      </w:r>
      <w:r w:rsidRPr="0B0EA8A8" w:rsidR="0B0EA8A8">
        <w:rPr>
          <w:rFonts w:ascii="Cambria" w:hAnsi="Cambria" w:eastAsia="Cambria" w:cs="Cambria"/>
          <w:b w:val="0"/>
          <w:bCs w:val="0"/>
          <w:i w:val="0"/>
          <w:iCs w:val="0"/>
          <w:caps w:val="0"/>
          <w:smallCaps w:val="0"/>
          <w:noProof w:val="0"/>
          <w:color w:val="000000" w:themeColor="text1" w:themeTint="FF" w:themeShade="FF"/>
          <w:sz w:val="22"/>
          <w:szCs w:val="22"/>
          <w:lang w:val="en-US"/>
        </w:rPr>
        <w:t xml:space="preserve">Job Title </w:t>
      </w:r>
      <w:r w:rsidRPr="0B0EA8A8" w:rsidR="0B0EA8A8">
        <w:rPr>
          <w:rFonts w:ascii="Cambria" w:hAnsi="Cambria" w:eastAsia="Cambria" w:cs="Cambria"/>
          <w:b w:val="1"/>
          <w:bCs w:val="1"/>
          <w:i w:val="0"/>
          <w:iCs w:val="0"/>
          <w:caps w:val="0"/>
          <w:smallCaps w:val="0"/>
          <w:noProof w:val="0"/>
          <w:color w:val="000000" w:themeColor="text1" w:themeTint="FF" w:themeShade="FF"/>
          <w:sz w:val="22"/>
          <w:szCs w:val="22"/>
          <w:lang w:val="en-US"/>
        </w:rPr>
        <w:t>[ADD JOB TITLE]</w:t>
      </w:r>
      <w:r>
        <w:br/>
      </w:r>
      <w:r w:rsidRPr="0B0EA8A8" w:rsidR="0B0EA8A8">
        <w:rPr>
          <w:rFonts w:ascii="Cambria" w:hAnsi="Cambria" w:eastAsia="Cambria" w:cs="Cambria"/>
          <w:b w:val="0"/>
          <w:bCs w:val="0"/>
          <w:i w:val="0"/>
          <w:iCs w:val="0"/>
          <w:caps w:val="0"/>
          <w:smallCaps w:val="0"/>
          <w:noProof w:val="0"/>
          <w:color w:val="000000" w:themeColor="text1" w:themeTint="FF" w:themeShade="FF"/>
          <w:sz w:val="22"/>
          <w:szCs w:val="22"/>
          <w:lang w:val="en-US"/>
        </w:rPr>
        <w:t xml:space="preserve">Dates: </w:t>
      </w:r>
      <w:r w:rsidRPr="0B0EA8A8" w:rsidR="0B0EA8A8">
        <w:rPr>
          <w:rFonts w:ascii="Cambria" w:hAnsi="Cambria" w:eastAsia="Cambria" w:cs="Cambria"/>
          <w:b w:val="1"/>
          <w:bCs w:val="1"/>
          <w:i w:val="0"/>
          <w:iCs w:val="0"/>
          <w:caps w:val="0"/>
          <w:smallCaps w:val="0"/>
          <w:noProof w:val="0"/>
          <w:color w:val="000000" w:themeColor="text1" w:themeTint="FF" w:themeShade="FF"/>
          <w:sz w:val="22"/>
          <w:szCs w:val="22"/>
          <w:lang w:val="en-US"/>
        </w:rPr>
        <w:t>[ADD DATE]</w:t>
      </w:r>
      <w:r>
        <w:br/>
      </w:r>
      <w:r w:rsidRPr="0B0EA8A8" w:rsidR="0B0EA8A8">
        <w:rPr>
          <w:rFonts w:ascii="Cambria" w:hAnsi="Cambria" w:eastAsia="Cambria" w:cs="Cambria"/>
          <w:b w:val="0"/>
          <w:bCs w:val="0"/>
          <w:i w:val="0"/>
          <w:iCs w:val="0"/>
          <w:caps w:val="0"/>
          <w:smallCaps w:val="0"/>
          <w:noProof w:val="0"/>
          <w:color w:val="000000" w:themeColor="text1" w:themeTint="FF" w:themeShade="FF"/>
          <w:sz w:val="22"/>
          <w:szCs w:val="22"/>
          <w:lang w:val="en-US"/>
        </w:rPr>
        <w:t xml:space="preserve">• </w:t>
      </w:r>
      <w:r w:rsidRPr="0B0EA8A8" w:rsidR="0B0EA8A8">
        <w:rPr>
          <w:rFonts w:ascii="Cambria" w:hAnsi="Cambria" w:eastAsia="Cambria" w:cs="Cambria"/>
          <w:b w:val="1"/>
          <w:bCs w:val="1"/>
          <w:i w:val="0"/>
          <w:iCs w:val="0"/>
          <w:caps w:val="0"/>
          <w:smallCaps w:val="0"/>
          <w:noProof w:val="0"/>
          <w:color w:val="000000" w:themeColor="text1" w:themeTint="FF" w:themeShade="FF"/>
          <w:sz w:val="22"/>
          <w:szCs w:val="22"/>
          <w:lang w:val="en-US"/>
        </w:rPr>
        <w:t xml:space="preserve">[ADD PREVIOUS EMPLOYER IF APPLICABLE] </w:t>
      </w:r>
      <w:r w:rsidRPr="0B0EA8A8" w:rsidR="0B0EA8A8">
        <w:rPr>
          <w:rFonts w:ascii="Cambria" w:hAnsi="Cambria" w:eastAsia="Cambria" w:cs="Cambria"/>
          <w:noProof w:val="0"/>
          <w:sz w:val="22"/>
          <w:szCs w:val="22"/>
          <w:lang w:val="en-US"/>
        </w:rPr>
        <w:t xml:space="preserve"> </w:t>
      </w:r>
    </w:p>
    <w:sectPr w:rsidRPr="0006063C" w:rsidR="00FC693F"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proofState w:spelling="clean" w:grammar="dirty"/>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B0EA8A8"/>
    <w:rsid w:val="5B269622"/>
    <w:rsid w:val="642AE0F7"/>
    <w:rsid w:val="692DBF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ED67A4ED-F465-429C-AEB9-E4BBB64C09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customXml" Target="../customXml/item1.xml" Id="rId1" /><Relationship Type="http://schemas.openxmlformats.org/officeDocument/2006/relationships/customXml" Target="../customXml/item4.xml" Id="rId11" /><Relationship Type="http://schemas.openxmlformats.org/officeDocument/2006/relationships/settings" Target="settings.xml" Id="rId5" /><Relationship Type="http://schemas.openxmlformats.org/officeDocument/2006/relationships/customXml" Target="../customXml/item3.xml" Id="rId10" /><Relationship Type="http://schemas.microsoft.com/office/2007/relationships/stylesWithEffects" Target="stylesWithEffect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836872C1218747BEBD4A2B32F8AE19" ma:contentTypeVersion="18" ma:contentTypeDescription="Create a new document." ma:contentTypeScope="" ma:versionID="6f1662195c66720d4922fbaef9c71329">
  <xsd:schema xmlns:xsd="http://www.w3.org/2001/XMLSchema" xmlns:xs="http://www.w3.org/2001/XMLSchema" xmlns:p="http://schemas.microsoft.com/office/2006/metadata/properties" xmlns:ns2="8431b03b-eeb7-4395-9cac-9ceb2b465eea" xmlns:ns3="d56dbf7c-1a22-457c-acc3-1b686d7c8108" targetNamespace="http://schemas.microsoft.com/office/2006/metadata/properties" ma:root="true" ma:fieldsID="931e65c0673a0ec62a53b0be858f7bca" ns2:_="" ns3:_="">
    <xsd:import namespace="8431b03b-eeb7-4395-9cac-9ceb2b465eea"/>
    <xsd:import namespace="d56dbf7c-1a22-457c-acc3-1b686d7c81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1b03b-eeb7-4395-9cac-9ceb2b465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b32253a-9ccc-43e2-9d45-eaf3d49268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6dbf7c-1a22-457c-acc3-1b686d7c810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8bffb49-26cd-40e6-ac83-d137479e793d}" ma:internalName="TaxCatchAll" ma:showField="CatchAllData" ma:web="d56dbf7c-1a22-457c-acc3-1b686d7c81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431b03b-eeb7-4395-9cac-9ceb2b465eea">
      <Terms xmlns="http://schemas.microsoft.com/office/infopath/2007/PartnerControls"/>
    </lcf76f155ced4ddcb4097134ff3c332f>
    <TaxCatchAll xmlns="d56dbf7c-1a22-457c-acc3-1b686d7c8108"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7731B79-2D2A-40EA-A0F6-4A71A0B4B7FF}"/>
</file>

<file path=customXml/itemProps3.xml><?xml version="1.0" encoding="utf-8"?>
<ds:datastoreItem xmlns:ds="http://schemas.openxmlformats.org/officeDocument/2006/customXml" ds:itemID="{4C5FA86C-8213-4A55-9FF5-3B31459F3FE0}"/>
</file>

<file path=customXml/itemProps4.xml><?xml version="1.0" encoding="utf-8"?>
<ds:datastoreItem xmlns:ds="http://schemas.openxmlformats.org/officeDocument/2006/customXml" ds:itemID="{6E83AB45-970F-430A-8506-324E9E1FBED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Aaron Dunn</cp:lastModifiedBy>
  <cp:revision>2</cp:revision>
  <dcterms:created xsi:type="dcterms:W3CDTF">2013-12-23T23:15:00Z</dcterms:created>
  <dcterms:modified xsi:type="dcterms:W3CDTF">2026-06-25T22:55:59Z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0x010100DA836872C1218747BEBD4A2B32F8AE19</vt:lpwstr>
  </property>
  <property fmtid="{D5CDD505-2E9C-101B-9397-08002B2CF9AE}" pid="3" name="MediaServiceImageTags">
    <vt:lpwstr/>
  </property>
</Properties>
</file>