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73D916DD" wp14:textId="7DB3A629">
      <w:pPr>
        <w:pStyle w:val="Heading1"/>
      </w:pPr>
      <w:r w:rsidR="1F7BA22C">
        <w:rPr/>
        <w:t xml:space="preserve">[ADD </w:t>
      </w:r>
      <w:r w:rsidR="5CD9F679">
        <w:rPr/>
        <w:t>FULL NAME</w:t>
      </w:r>
      <w:r w:rsidR="4E7F987A">
        <w:rPr/>
        <w:t>]</w:t>
      </w:r>
    </w:p>
    <w:p xmlns:wp14="http://schemas.microsoft.com/office/word/2010/wordml" w:rsidP="5CD9F679" w14:paraId="1F9C0D92" wp14:textId="61448D58">
      <w:pPr>
        <w:rPr>
          <w:b w:val="1"/>
          <w:bCs w:val="1"/>
        </w:rPr>
      </w:pPr>
      <w:r w:rsidRPr="5CD9F679" w:rsidR="02E4A4E9">
        <w:rPr>
          <w:b w:val="1"/>
          <w:bCs w:val="1"/>
        </w:rPr>
        <w:t>[City, State | Phone Number | Email Address]</w:t>
      </w:r>
    </w:p>
    <w:p xmlns:wp14="http://schemas.microsoft.com/office/word/2010/wordml" w14:paraId="513C4D1D" wp14:textId="77777777">
      <w:pPr>
        <w:pStyle w:val="Heading2"/>
      </w:pPr>
      <w:r>
        <w:t>Professional Summary</w:t>
      </w:r>
    </w:p>
    <w:p xmlns:wp14="http://schemas.microsoft.com/office/word/2010/wordml" w14:paraId="59F5A027" wp14:textId="77777777">
      <w:r>
        <w:t>Motivated and safety-focused HVAC professional trained at Tulsa Welding School. Knowledgeable in refrigeration cycle fundamentals, refrigerant handling procedures, HVAC tools, and mechanical troubleshooting. Seeking an entry-level HVAC, maintenance, or facilities position.</w:t>
      </w:r>
    </w:p>
    <w:p xmlns:wp14="http://schemas.microsoft.com/office/word/2010/wordml" w14:paraId="0B724D3E" wp14:textId="77777777">
      <w:pPr>
        <w:pStyle w:val="Heading2"/>
      </w:pPr>
      <w:r>
        <w:t>Technical Skills</w:t>
      </w:r>
    </w:p>
    <w:p xmlns:wp14="http://schemas.microsoft.com/office/word/2010/wordml" w14:paraId="356E5196" wp14:textId="77777777">
      <w:r>
        <w:t>Refrigeration Cycle • Mechanical Troubleshooting • Refrigerant Handling • Manifold Gauges • Vacuum Pumps • Charging &amp; Recovery • HVAC Safety</w:t>
      </w:r>
    </w:p>
    <w:p xmlns:wp14="http://schemas.microsoft.com/office/word/2010/wordml" w14:paraId="69D0C959" wp14:textId="77777777">
      <w:pPr>
        <w:pStyle w:val="Heading2"/>
      </w:pPr>
      <w:r>
        <w:t>Education</w:t>
      </w:r>
    </w:p>
    <w:p xmlns:wp14="http://schemas.microsoft.com/office/word/2010/wordml" w:rsidP="5CD9F679" w14:paraId="46F26E94" wp14:textId="66A0F91E">
      <w:pPr>
        <w:pStyle w:val="Normal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5CD9F679">
        <w:rPr/>
        <w:t>Tulsa Welding School</w:t>
      </w:r>
      <w:r>
        <w:br/>
      </w:r>
      <w:r w:rsidR="5CD9F679">
        <w:rPr/>
        <w:t>HVAC Program</w:t>
      </w:r>
      <w:r>
        <w:br/>
      </w:r>
      <w:r w:rsidR="5CD9F679">
        <w:rPr/>
        <w:t xml:space="preserve">Completion Date: </w:t>
      </w:r>
      <w:r w:rsidRPr="5CD9F679" w:rsidR="5CD9F679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[ADD DATE]</w:t>
      </w:r>
    </w:p>
    <w:p xmlns:wp14="http://schemas.microsoft.com/office/word/2010/wordml" w14:paraId="7BB3BBEA" wp14:textId="77777777">
      <w:r>
        <w:t>Training Included: Refrigeration Cycle, Refrigerant Handling, Mechanical Troubleshooting, HVAC Service Equipment, Charging and Recovery Procedures</w:t>
      </w:r>
    </w:p>
    <w:p xmlns:wp14="http://schemas.microsoft.com/office/word/2010/wordml" w14:paraId="6DE4543C" wp14:textId="77777777">
      <w:pPr>
        <w:pStyle w:val="Heading2"/>
      </w:pPr>
      <w:r>
        <w:t>Professional Experience</w:t>
      </w:r>
    </w:p>
    <w:p xmlns:wp14="http://schemas.microsoft.com/office/word/2010/wordml" w:rsidP="5CD9F679" w14:paraId="14C02C54" wp14:textId="6EB4DACF">
      <w:pPr>
        <w:pStyle w:val="Normal"/>
      </w:pPr>
      <w:r w:rsidR="5CD9F679">
        <w:rPr/>
        <w:t>Amazon Fulfillment Associate</w:t>
      </w:r>
      <w:r>
        <w:br/>
      </w:r>
      <w:r w:rsidR="5CD9F679">
        <w:rPr/>
        <w:t>Amazon</w:t>
      </w:r>
      <w:r>
        <w:br/>
      </w:r>
      <w:r w:rsidR="5CD9F679">
        <w:rPr/>
        <w:t>Dates:</w:t>
      </w:r>
      <w:r w:rsidRPr="5CD9F679" w:rsidR="5CD9F679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[ADD DATE]</w:t>
      </w:r>
      <w:r>
        <w:br/>
      </w:r>
      <w:r w:rsidR="5CD9F679">
        <w:rPr/>
        <w:t xml:space="preserve">• </w:t>
      </w:r>
      <w:r w:rsidR="5CD9F679">
        <w:rPr/>
        <w:t>Maintained</w:t>
      </w:r>
      <w:r w:rsidR="5CD9F679">
        <w:rPr/>
        <w:t xml:space="preserve"> productivity and quality standards in a fast-paced environment</w:t>
      </w:r>
      <w:r>
        <w:br/>
      </w:r>
      <w:r w:rsidR="5CD9F679">
        <w:rPr/>
        <w:t>• Followed workplace safety procedures and operational guidelines</w:t>
      </w:r>
      <w:r>
        <w:br/>
      </w:r>
      <w:r w:rsidR="5CD9F679">
        <w:rPr/>
        <w:t>• Collaborated with team members to meet production goals</w:t>
      </w:r>
    </w:p>
    <w:p xmlns:wp14="http://schemas.microsoft.com/office/word/2010/wordml" w:rsidP="39136D56" w14:paraId="472ABFAC" wp14:textId="45444381">
      <w:pPr>
        <w:pStyle w:val="Normal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>
        <w:br/>
      </w:r>
      <w:r w:rsidRPr="39136D56" w:rsidR="5CD9F679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Previous Employer</w:t>
      </w:r>
      <w:r>
        <w:br/>
      </w:r>
      <w:r w:rsidRPr="39136D56" w:rsidR="5CD9F679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Job Title </w:t>
      </w:r>
      <w:r w:rsidRPr="39136D56" w:rsidR="5CD9F679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[ADD JOB TITLE]</w:t>
      </w:r>
      <w:r>
        <w:br/>
      </w:r>
      <w:r w:rsidRPr="39136D56" w:rsidR="5CD9F679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Dates: </w:t>
      </w:r>
      <w:r w:rsidRPr="39136D56" w:rsidR="5CD9F679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[ADD DATE]</w:t>
      </w:r>
      <w:r>
        <w:br/>
      </w:r>
      <w:r w:rsidRPr="39136D56" w:rsidR="5CD9F679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r w:rsidRPr="39136D56" w:rsidR="5CD9F679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[ADD PREVIOUS EMPLOYER</w:t>
      </w:r>
      <w:r w:rsidRPr="39136D56" w:rsidR="67F8EDA4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IF </w:t>
      </w:r>
      <w:r w:rsidRPr="39136D56" w:rsidR="67F8EDA4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APPLICABLE</w:t>
      </w:r>
      <w:r w:rsidRPr="39136D56" w:rsidR="5CD9F679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]</w:t>
      </w:r>
      <w:r>
        <w:br/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E4A4E9"/>
    <w:rsid w:val="1F7BA22C"/>
    <w:rsid w:val="39136D56"/>
    <w:rsid w:val="4E7F987A"/>
    <w:rsid w:val="5CD9F679"/>
    <w:rsid w:val="67F8EDA4"/>
    <w:rsid w:val="7EF48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CD975128-D19E-4AF5-B81D-6BDC485E2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customXml" Target="../customXml/item1.xml" Id="rId1" /><Relationship Type="http://schemas.openxmlformats.org/officeDocument/2006/relationships/customXml" Target="../customXml/item4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microsoft.com/office/2007/relationships/stylesWithEffects" Target="stylesWithEffect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836872C1218747BEBD4A2B32F8AE19" ma:contentTypeVersion="18" ma:contentTypeDescription="Create a new document." ma:contentTypeScope="" ma:versionID="6f1662195c66720d4922fbaef9c71329">
  <xsd:schema xmlns:xsd="http://www.w3.org/2001/XMLSchema" xmlns:xs="http://www.w3.org/2001/XMLSchema" xmlns:p="http://schemas.microsoft.com/office/2006/metadata/properties" xmlns:ns2="8431b03b-eeb7-4395-9cac-9ceb2b465eea" xmlns:ns3="d56dbf7c-1a22-457c-acc3-1b686d7c8108" targetNamespace="http://schemas.microsoft.com/office/2006/metadata/properties" ma:root="true" ma:fieldsID="931e65c0673a0ec62a53b0be858f7bca" ns2:_="" ns3:_="">
    <xsd:import namespace="8431b03b-eeb7-4395-9cac-9ceb2b465eea"/>
    <xsd:import namespace="d56dbf7c-1a22-457c-acc3-1b686d7c8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1b03b-eeb7-4395-9cac-9ceb2b465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b32253a-9ccc-43e2-9d45-eaf3d49268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bf7c-1a22-457c-acc3-1b686d7c8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bffb49-26cd-40e6-ac83-d137479e793d}" ma:internalName="TaxCatchAll" ma:showField="CatchAllData" ma:web="d56dbf7c-1a22-457c-acc3-1b686d7c81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31b03b-eeb7-4395-9cac-9ceb2b465eea">
      <Terms xmlns="http://schemas.microsoft.com/office/infopath/2007/PartnerControls"/>
    </lcf76f155ced4ddcb4097134ff3c332f>
    <TaxCatchAll xmlns="d56dbf7c-1a22-457c-acc3-1b686d7c8108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41CEB-E516-4AE4-9C6B-1791A6455D28}"/>
</file>

<file path=customXml/itemProps3.xml><?xml version="1.0" encoding="utf-8"?>
<ds:datastoreItem xmlns:ds="http://schemas.openxmlformats.org/officeDocument/2006/customXml" ds:itemID="{D555D142-D140-4C94-B7FB-03F14A0CE300}"/>
</file>

<file path=customXml/itemProps4.xml><?xml version="1.0" encoding="utf-8"?>
<ds:datastoreItem xmlns:ds="http://schemas.openxmlformats.org/officeDocument/2006/customXml" ds:itemID="{6EA19CB1-DFA1-4FBF-9D5C-75387FFC4A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Aaron Dunn</lastModifiedBy>
  <revision>4</revision>
  <dcterms:created xsi:type="dcterms:W3CDTF">2013-12-23T23:15:00.0000000Z</dcterms:created>
  <dcterms:modified xsi:type="dcterms:W3CDTF">2026-06-25T22:53:23.6977761Z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0x010100DA836872C1218747BEBD4A2B32F8AE19</vt:lpwstr>
  </property>
  <property fmtid="{D5CDD505-2E9C-101B-9397-08002B2CF9AE}" pid="3" name="MediaServiceImageTags">
    <vt:lpwstr/>
  </property>
</Properties>
</file>