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HVAC Cover Letter</w:t>
      </w:r>
    </w:p>
    <w:p>
      <w:r>
        <w:t>Dear Hiring Manager,</w:t>
        <w:br/>
        <w:br/>
        <w:t>I am writing to express my interest in HVAC opportunities with your organization. I recently completed HVAC training at Tulsa Welding School, where I gained knowledge of refrigeration cycle fundamentals, refrigerant handling procedures, HVAC service equipment, charging and recovery procedures, and mechanical troubleshooting techniques.</w:t>
        <w:br/>
        <w:br/>
        <w:t>My experience at Amazon has strengthened my ability to work safely, follow procedures, solve problems, and perform effectively in a fast-paced environment. I am eager to apply these skills while continuing to grow as an HVAC professional.</w:t>
        <w:br/>
        <w:br/>
        <w:t>I am excited about the opportunity to begin a career in the HVAC industry and contribute to a team that values safety, customer service, and technical excellence. I would appreciate the opportunity to discuss how my training and experience can support your organization.</w:t>
        <w:br/>
        <w:br/>
        <w:t>Thank you for your consideration. I look forward to hearing from you.</w:t>
        <w:br/>
        <w:br/>
        <w:t>Sincerely,</w:t>
        <w:br/>
        <w:br/>
        <w:t>[Your Name]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836872C1218747BEBD4A2B32F8AE19" ma:contentTypeVersion="18" ma:contentTypeDescription="Create a new document." ma:contentTypeScope="" ma:versionID="6f1662195c66720d4922fbaef9c71329">
  <xsd:schema xmlns:xsd="http://www.w3.org/2001/XMLSchema" xmlns:xs="http://www.w3.org/2001/XMLSchema" xmlns:p="http://schemas.microsoft.com/office/2006/metadata/properties" xmlns:ns2="8431b03b-eeb7-4395-9cac-9ceb2b465eea" xmlns:ns3="d56dbf7c-1a22-457c-acc3-1b686d7c8108" targetNamespace="http://schemas.microsoft.com/office/2006/metadata/properties" ma:root="true" ma:fieldsID="931e65c0673a0ec62a53b0be858f7bca" ns2:_="" ns3:_="">
    <xsd:import namespace="8431b03b-eeb7-4395-9cac-9ceb2b465eea"/>
    <xsd:import namespace="d56dbf7c-1a22-457c-acc3-1b686d7c81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1b03b-eeb7-4395-9cac-9ceb2b465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32253a-9ccc-43e2-9d45-eaf3d49268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dbf7c-1a22-457c-acc3-1b686d7c8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bffb49-26cd-40e6-ac83-d137479e793d}" ma:internalName="TaxCatchAll" ma:showField="CatchAllData" ma:web="d56dbf7c-1a22-457c-acc3-1b686d7c81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31b03b-eeb7-4395-9cac-9ceb2b465eea">
      <Terms xmlns="http://schemas.microsoft.com/office/infopath/2007/PartnerControls"/>
    </lcf76f155ced4ddcb4097134ff3c332f>
    <TaxCatchAll xmlns="d56dbf7c-1a22-457c-acc3-1b686d7c8108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A41464-3A5D-4933-8695-FCED5BB08AF5}"/>
</file>

<file path=customXml/itemProps3.xml><?xml version="1.0" encoding="utf-8"?>
<ds:datastoreItem xmlns:ds="http://schemas.openxmlformats.org/officeDocument/2006/customXml" ds:itemID="{72600AAF-2A34-4E8C-B82D-F8F7A550943C}"/>
</file>

<file path=customXml/itemProps4.xml><?xml version="1.0" encoding="utf-8"?>
<ds:datastoreItem xmlns:ds="http://schemas.openxmlformats.org/officeDocument/2006/customXml" ds:itemID="{9495920A-1E93-4B4F-A970-DEBE5754D3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0x010100DA836872C1218747BEBD4A2B32F8AE19</vt:lpwstr>
  </property>
</Properties>
</file>